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P="59E3A25A" w14:paraId="1C9CFC17" wp14:textId="77777777">
      <w:pPr>
        <w:pStyle w:val="Heading1"/>
        <w:rPr>
          <w:rFonts w:ascii="Arial" w:hAnsi="Arial" w:eastAsia="Arial" w:cs="Arial"/>
          <w:color w:val="auto"/>
        </w:rPr>
      </w:pPr>
      <w:r w:rsidRPr="59E3A25A" w:rsidR="59E3A25A">
        <w:rPr>
          <w:rFonts w:ascii="Arial" w:hAnsi="Arial" w:eastAsia="Arial" w:cs="Arial"/>
          <w:color w:val="auto"/>
        </w:rPr>
        <w:t>Abstract Template</w:t>
      </w:r>
    </w:p>
    <w:p xmlns:wp14="http://schemas.microsoft.com/office/word/2010/wordml" w:rsidP="59E3A25A" w14:paraId="75B514B2" wp14:textId="77777777">
      <w:pPr>
        <w:rPr>
          <w:rFonts w:ascii="Arial" w:hAnsi="Arial" w:eastAsia="Arial" w:cs="Arial"/>
          <w:color w:val="auto"/>
        </w:rPr>
      </w:pPr>
      <w:r w:rsidRPr="59E3A25A" w:rsidR="59E3A25A">
        <w:rPr>
          <w:rFonts w:ascii="Arial" w:hAnsi="Arial" w:eastAsia="Arial" w:cs="Arial"/>
          <w:color w:val="auto"/>
        </w:rPr>
        <w:t>Abstract Title</w:t>
      </w:r>
    </w:p>
    <w:p xmlns:wp14="http://schemas.microsoft.com/office/word/2010/wordml" w:rsidP="59E3A25A" w14:paraId="522D50FD" wp14:textId="77777777">
      <w:pPr>
        <w:rPr>
          <w:rFonts w:ascii="Arial" w:hAnsi="Arial" w:eastAsia="Arial" w:cs="Arial"/>
          <w:color w:val="auto"/>
        </w:rPr>
      </w:pPr>
      <w:r w:rsidRPr="59E3A25A" w:rsidR="59E3A25A">
        <w:rPr>
          <w:rFonts w:ascii="Arial" w:hAnsi="Arial" w:eastAsia="Arial" w:cs="Arial"/>
          <w:color w:val="auto"/>
        </w:rPr>
        <w:t>Name of Author1¹, Name of Author2¹, Name of Author3¹˒³</w:t>
      </w:r>
    </w:p>
    <w:p xmlns:wp14="http://schemas.microsoft.com/office/word/2010/wordml" w:rsidP="59E3A25A" w14:paraId="73A8FF8E" wp14:textId="77777777">
      <w:pPr>
        <w:rPr>
          <w:rFonts w:ascii="Arial" w:hAnsi="Arial" w:eastAsia="Arial" w:cs="Arial"/>
          <w:color w:val="auto"/>
        </w:rPr>
      </w:pPr>
      <w:r w:rsidRPr="59E3A25A" w:rsidR="59E3A25A">
        <w:rPr>
          <w:rFonts w:ascii="Arial" w:hAnsi="Arial" w:eastAsia="Arial" w:cs="Arial"/>
          <w:color w:val="auto"/>
        </w:rPr>
        <w:t>1 Affiliation, City, Country</w:t>
      </w:r>
    </w:p>
    <w:p xmlns:wp14="http://schemas.microsoft.com/office/word/2010/wordml" w:rsidP="59E3A25A" w14:paraId="2125E4A2" wp14:textId="77777777">
      <w:pPr>
        <w:rPr>
          <w:rFonts w:ascii="Arial" w:hAnsi="Arial" w:eastAsia="Arial" w:cs="Arial"/>
          <w:color w:val="auto"/>
        </w:rPr>
      </w:pPr>
      <w:r w:rsidRPr="59E3A25A" w:rsidR="59E3A25A">
        <w:rPr>
          <w:rFonts w:ascii="Arial" w:hAnsi="Arial" w:eastAsia="Arial" w:cs="Arial"/>
          <w:color w:val="auto"/>
        </w:rPr>
        <w:t>2 Affiliation, City, Country</w:t>
      </w:r>
    </w:p>
    <w:p xmlns:wp14="http://schemas.microsoft.com/office/word/2010/wordml" w:rsidP="59E3A25A" w14:paraId="59A77856" wp14:textId="77777777">
      <w:pPr>
        <w:rPr>
          <w:rFonts w:ascii="Arial" w:hAnsi="Arial" w:eastAsia="Arial" w:cs="Arial"/>
          <w:color w:val="auto"/>
        </w:rPr>
      </w:pPr>
      <w:r w:rsidRPr="59E3A25A" w:rsidR="59E3A25A">
        <w:rPr>
          <w:rFonts w:ascii="Arial" w:hAnsi="Arial" w:eastAsia="Arial" w:cs="Arial"/>
          <w:color w:val="auto"/>
        </w:rPr>
        <w:t>3 Affiliation, City, Country</w:t>
      </w:r>
    </w:p>
    <w:p xmlns:wp14="http://schemas.microsoft.com/office/word/2010/wordml" w:rsidP="59E3A25A" w14:paraId="672A6659" wp14:textId="77777777">
      <w:pPr>
        <w:rPr>
          <w:rFonts w:ascii="Arial" w:hAnsi="Arial" w:eastAsia="Arial" w:cs="Arial"/>
          <w:color w:val="auto"/>
        </w:rPr>
      </w:pPr>
    </w:p>
    <w:p xmlns:wp14="http://schemas.microsoft.com/office/word/2010/wordml" w:rsidP="59E3A25A" w14:paraId="6337524C" wp14:textId="77777777">
      <w:pPr>
        <w:rPr>
          <w:rFonts w:ascii="Arial" w:hAnsi="Arial" w:eastAsia="Arial" w:cs="Arial"/>
          <w:color w:val="auto"/>
        </w:rPr>
      </w:pPr>
      <w:r w:rsidRPr="59E3A25A" w:rsidR="59E3A25A">
        <w:rPr>
          <w:rFonts w:ascii="Arial" w:hAnsi="Arial" w:eastAsia="Arial" w:cs="Arial"/>
          <w:color w:val="auto"/>
        </w:rPr>
        <w:t>Please use this template, substituting the text of your abstract for the instructions.</w:t>
      </w:r>
    </w:p>
    <w:p xmlns:wp14="http://schemas.microsoft.com/office/word/2010/wordml" w:rsidP="59E3A25A" w14:paraId="0E88E013" wp14:textId="77777777">
      <w:pPr>
        <w:rPr>
          <w:rFonts w:ascii="Arial" w:hAnsi="Arial" w:eastAsia="Arial" w:cs="Arial"/>
          <w:color w:val="auto"/>
        </w:rPr>
      </w:pPr>
      <w:r w:rsidRPr="59E3A25A" w:rsidR="59E3A25A">
        <w:rPr>
          <w:rFonts w:ascii="Arial" w:hAnsi="Arial" w:eastAsia="Arial" w:cs="Arial"/>
          <w:color w:val="auto"/>
        </w:rPr>
        <w:t>Title: write the title of the abstract using upper and lower-case letters (do not use all caps).</w:t>
      </w:r>
    </w:p>
    <w:p xmlns:wp14="http://schemas.microsoft.com/office/word/2010/wordml" w:rsidP="59E3A25A" w14:paraId="636DB66A" wp14:textId="77777777">
      <w:pPr>
        <w:rPr>
          <w:rFonts w:ascii="Arial" w:hAnsi="Arial" w:eastAsia="Arial" w:cs="Arial"/>
          <w:color w:val="auto"/>
        </w:rPr>
      </w:pPr>
      <w:r w:rsidRPr="59E3A25A" w:rsidR="59E3A25A">
        <w:rPr>
          <w:rFonts w:ascii="Arial" w:hAnsi="Arial" w:eastAsia="Arial" w:cs="Arial"/>
          <w:color w:val="auto"/>
        </w:rPr>
        <w:t>Make sure that you underline the name of the author who will be making the presentation.</w:t>
      </w:r>
    </w:p>
    <w:p xmlns:wp14="http://schemas.microsoft.com/office/word/2010/wordml" w:rsidP="59E3A25A" w14:paraId="31B3EF53" wp14:textId="33FB0061">
      <w:pPr>
        <w:rPr>
          <w:rFonts w:ascii="Arial" w:hAnsi="Arial" w:eastAsia="Arial" w:cs="Arial"/>
          <w:color w:val="auto"/>
        </w:rPr>
      </w:pPr>
      <w:r w:rsidRPr="59E3A25A" w:rsidR="59E3A25A">
        <w:rPr>
          <w:rFonts w:ascii="Arial" w:hAnsi="Arial" w:eastAsia="Arial" w:cs="Arial"/>
          <w:color w:val="auto"/>
        </w:rPr>
        <w:t xml:space="preserve">You may include images or </w:t>
      </w:r>
      <w:r w:rsidRPr="59E3A25A" w:rsidR="59E3A25A">
        <w:rPr>
          <w:rFonts w:ascii="Arial" w:hAnsi="Arial" w:eastAsia="Arial" w:cs="Arial"/>
          <w:color w:val="auto"/>
        </w:rPr>
        <w:t>graphs</w:t>
      </w:r>
      <w:r w:rsidRPr="59E3A25A" w:rsidR="59E3A25A">
        <w:rPr>
          <w:rFonts w:ascii="Arial" w:hAnsi="Arial" w:eastAsia="Arial" w:cs="Arial"/>
          <w:color w:val="auto"/>
        </w:rPr>
        <w:t xml:space="preserve"> if </w:t>
      </w:r>
      <w:r w:rsidRPr="59E3A25A" w:rsidR="59E3A25A">
        <w:rPr>
          <w:rFonts w:ascii="Arial" w:hAnsi="Arial" w:eastAsia="Arial" w:cs="Arial"/>
          <w:color w:val="auto"/>
        </w:rPr>
        <w:t>necessary, but</w:t>
      </w:r>
      <w:r w:rsidRPr="59E3A25A" w:rsidR="59E3A25A">
        <w:rPr>
          <w:rFonts w:ascii="Arial" w:hAnsi="Arial" w:eastAsia="Arial" w:cs="Arial"/>
          <w:color w:val="auto"/>
        </w:rPr>
        <w:t xml:space="preserve"> make sure that the size of the document does not exceed 4 MB.</w:t>
      </w:r>
    </w:p>
    <w:p xmlns:wp14="http://schemas.microsoft.com/office/word/2010/wordml" w:rsidP="59E3A25A" w14:paraId="43759849" wp14:textId="77777777">
      <w:pPr>
        <w:rPr>
          <w:rFonts w:ascii="Arial" w:hAnsi="Arial" w:eastAsia="Arial" w:cs="Arial"/>
          <w:color w:val="auto"/>
        </w:rPr>
      </w:pPr>
      <w:r w:rsidRPr="59E3A25A" w:rsidR="59E3A25A">
        <w:rPr>
          <w:rFonts w:ascii="Arial" w:hAnsi="Arial" w:eastAsia="Arial" w:cs="Arial"/>
          <w:color w:val="auto"/>
        </w:rPr>
        <w:t>Abstract length should not exceed 1 page (including images).</w:t>
      </w:r>
    </w:p>
    <w:sectPr w:rsidRPr="0006063C" w:rsidR="00FC693F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9E3A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39024A0B-FEBF-498C-BCD0-C5B46273E7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E1547ECA2194469348179E35579AE8" ma:contentTypeVersion="19" ma:contentTypeDescription="Crear nuevo documento." ma:contentTypeScope="" ma:versionID="1ef72c56818018d5b954beee27b598d8">
  <xsd:schema xmlns:xsd="http://www.w3.org/2001/XMLSchema" xmlns:xs="http://www.w3.org/2001/XMLSchema" xmlns:p="http://schemas.microsoft.com/office/2006/metadata/properties" xmlns:ns2="d3378fd9-347f-4798-9322-3772105f1019" xmlns:ns3="097a4484-7675-4b31-bd75-488923fa65c5" targetNamespace="http://schemas.microsoft.com/office/2006/metadata/properties" ma:root="true" ma:fieldsID="030794da84b7ddd90dd22f13a05edc61" ns2:_="" ns3:_="">
    <xsd:import namespace="d3378fd9-347f-4798-9322-3772105f1019"/>
    <xsd:import namespace="097a4484-7675-4b31-bd75-488923fa65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78fd9-347f-4798-9322-3772105f10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7ab8763-2b16-4210-b13a-692bfbf9a4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a4484-7675-4b31-bd75-488923fa6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59f295-ee87-484a-b10f-4b66ae6c90bb}" ma:internalName="TaxCatchAll" ma:showField="CatchAllData" ma:web="097a4484-7675-4b31-bd75-488923fa65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378fd9-347f-4798-9322-3772105f1019">
      <Terms xmlns="http://schemas.microsoft.com/office/infopath/2007/PartnerControls"/>
    </lcf76f155ced4ddcb4097134ff3c332f>
    <TaxCatchAll xmlns="097a4484-7675-4b31-bd75-488923fa65c5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0A44F1-8267-4D27-95C6-ECEA7E86B9A9}"/>
</file>

<file path=customXml/itemProps3.xml><?xml version="1.0" encoding="utf-8"?>
<ds:datastoreItem xmlns:ds="http://schemas.openxmlformats.org/officeDocument/2006/customXml" ds:itemID="{D18CE915-965C-448D-8888-03BA5CCB5261}"/>
</file>

<file path=customXml/itemProps4.xml><?xml version="1.0" encoding="utf-8"?>
<ds:datastoreItem xmlns:ds="http://schemas.openxmlformats.org/officeDocument/2006/customXml" ds:itemID="{80E67A32-A392-49D5-B126-4F85EB1220A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Solé Tremoleda</dc:creator>
  <cp:keywords/>
  <dc:description>generated by python-docx</dc:description>
  <cp:lastModifiedBy>Anna Solé Tremoleda</cp:lastModifiedBy>
  <cp:revision>2</cp:revision>
  <dcterms:created xsi:type="dcterms:W3CDTF">2026-06-22T11:00:24Z</dcterms:created>
  <dcterms:modified xsi:type="dcterms:W3CDTF">2026-06-22T11:01:33Z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0x010100CAE1547ECA2194469348179E35579AE8</vt:lpwstr>
  </property>
</Properties>
</file>